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DU-E e novo LPCO do Ibama para exportação de mercúrio em 26 de outubro</w:t>
      </w:r>
    </w:p>
    <w:p>
      <w:r>
        <w:t>Fontes oficiais verificadas em 15/10/2026</w:t>
      </w:r>
    </w:p>
    <w:p>
      <w:r>
        <w:t>Título SEO: DU-E e LPCO do Ibama para mercúrio em 26/10/2026 | ZollKlar</w:t>
      </w:r>
    </w:p>
    <w:p>
      <w:r>
        <w:t>Descrição: Exportação de mercúrio na NCM 2805.40.00 exigirá o LPCO E00170 do Ibama em 26/10/2026. Veja o alcance e o que preparar na DU-E.</w:t>
      </w:r>
    </w:p>
    <w:p>
      <w:pPr/>
      <w:r>
        <w:t>A partir de 26/10/2026, a exportação de mercúrio classificado na NCM 2805.40.00 exigirá o LPCO de mercúrio metálico do Ibama, modelo E00170, no Portal Único. A Notícia Siscomex Exportação nº 025/2026, publicada em 14/10, identifica o tratamento administrativo E0271. Quem prepara a DU-E dessa mercadoria deve incluir essa autorização na conferência do processo. [9]</w:t>
      </w:r>
    </w:p>
    <w:p>
      <w:pPr>
        <w:pStyle w:val="Heading2"/>
      </w:pPr>
      <w:r>
        <w:t>Novo LPCO do Ibama para mercúrio a partir de 26 de outubro</w:t>
      </w:r>
    </w:p>
    <w:p>
      <w:pPr/>
      <w:r>
        <w:t>O comunicado foi publicado em 14/10/2026 às 09h19 e estabelece a exigência a partir de 26/10/2026 para os produtos da NCM 28054000 (mercúrio). O registro será pelo modelo E00170, vinculado ao TA E0271 e sujeito à anuência do Ibama. A configuração do tratamento e os campos, com códigos dos atributos, serão disponibilizados na planilha oficial de tratamentos administrativos de exportação. [9][10]</w:t>
      </w:r>
    </w:p>
    <w:p>
      <w:pPr/>
      <w:r>
        <w:t>Essa exigência tem alcance específico e não significa que toda exportação passe a precisar desse LPCO. Os códigos e as condições dos modelos de importação não devem ser usados no preenchimento da exportação. A análise deve partir da NCM da mercadoria e da configuração vigente do modelo E00170. [9][10]</w:t>
      </w:r>
    </w:p>
    <w:p>
      <w:pPr/>
      <w:r>
        <w:t>Como preparação operacional da ZollKlar, recomendamos identificar os embarques da NCM 2805.40.00 com processamento próximo à vigência, reunir as informações da mercadoria e conferir os atributos publicados para o modelo. Antes de avançar, revise a autorização e sua vinculação ao item correspondente da DU-E, conforme a configuração aplicável. Não considere que o registro do pedido equivale à anuência concedida. [2][9]</w:t>
      </w:r>
    </w:p>
    <w:p>
      <w:pPr>
        <w:pStyle w:val="Heading2"/>
      </w:pPr>
      <w:r>
        <w:t>Release Azuis e preparação para os testes de outubro</w:t>
      </w:r>
    </w:p>
    <w:p>
      <w:pPr/>
      <w:r>
        <w:t>O Siscomex anunciou em 13/10/2026 o Release Azuis do Portal Único, com implantação no ambiente de treinamento em 23/10/2026. Nesse dia, somente o treinamento ficará indisponível das 08h às 14h; o ambiente de produção funcionará normalmente. A entrada da nova versão em produção está prevista para o início de novembro, e as mudanças abaixo são preparação para testes, não novas exigências já em vigor. [6][7]</w:t>
      </w:r>
    </w:p>
    <w:p>
      <w:pPr>
        <w:pStyle w:val="Heading2"/>
      </w:pPr>
      <w:r>
        <w:t>O que muda no Release Azuis e quando testar</w:t>
      </w:r>
    </w:p>
    <w:p>
      <w:pPr/>
      <w:r>
        <w:t>O comunicado Sistemas nº 018/2026 pede aos usuários de integrações por API que adaptem seus sistemas às alterações. A documentação técnica da próxima versão é provisória: ainda exibe treinamento em 16/10 e produção em 01/11. Para planejar os testes, esta edição adota 23/10, conforme o comunicado datado de 13/10; a data exata de produção deve ser reconfirmada em nova comunicação oficial. [6][7]</w:t>
      </w:r>
    </w:p>
    <w:p>
      <w:pPr>
        <w:pStyle w:val="ListNumber"/>
      </w:pPr>
      <w:r>
        <w:t>DU-E: previstos o fim dos campos de contato/justificativa para depuração estatística e a impossibilidade de trocar o declarante após salvar o rascunho. Na API, aqueles campos permanecerão no contrato atual, mas não deverão ser preenchidos na nova versão. [7]</w:t>
      </w:r>
    </w:p>
    <w:p>
      <w:pPr/>
      <w:r>
        <w:t>A mudança se refere à depuração estatística. Ela não dispensa, de forma geral, justificativas ou procedimentos necessários à retificação aduaneira. A equipe deve conferir o motivo e a etapa do processo nas orientações da Receita. [7][8]</w:t>
      </w:r>
    </w:p>
    <w:p>
      <w:pPr>
        <w:pStyle w:val="ListNumber"/>
      </w:pPr>
      <w:r>
        <w:t>CCT Exportação: consulta rodoviária prevista por qualquer placa do manifesto, exibindo todos os veículos. LPCO: limite previsto de 100 itens, preservando os pedidos existentes e impedindo acréscimos aos que já excedem esse limite. [7]</w:t>
      </w:r>
    </w:p>
    <w:p>
      <w:pPr/>
      <w:r>
        <w:t>Como preparação operacional da ZollKlar, recomendamos revisar quem será o declarante antes de salvar rascunhos, testar os formulários e integrações no treinamento e conferir consultas de embarque rodoviário. Organize pedidos LPCO extensos e registre os resultados dos testes; mantenha o acompanhamento da exportação até a averbação conforme o fluxo vigente.</w:t>
      </w:r>
    </w:p>
    <w:p>
      <w:pPr>
        <w:pStyle w:val="Heading2"/>
      </w:pPr>
      <w:r>
        <w:t>O que é a DU-E?</w:t>
      </w:r>
    </w:p>
    <w:p>
      <w:pPr/>
      <w:r>
        <w:t>DU-E é a Declaração Única de Exportação, documento eletrônico utilizado como base para o despacho aduaneiro de exportação. Ela reúne informações comerciais, fiscais, administrativas e logísticas que caracterizam a operação. [1]</w:t>
      </w:r>
    </w:p>
    <w:p>
      <w:pPr/>
      <w:r>
        <w:t>A declaração utiliza os dados básicos da nota fiscal eletrônica que a instrui, quando aplicável. A legislação também prevê situações de dispensa de nota fiscal. Por isso, o preenchimento deve refletir a forma de exportação e as características reais da operação. [1]</w:t>
      </w:r>
    </w:p>
    <w:p>
      <w:pPr>
        <w:pStyle w:val="Heading2"/>
      </w:pPr>
      <w:r>
        <w:t>O que mudou: um exemplo de atualização em 2026</w:t>
      </w:r>
    </w:p>
    <w:p>
      <w:pPr/>
      <w:r>
        <w:t>A Notícia Siscomex Exportação nº 022/2026, publicada em 05/08/2026, informou que, a partir de 07/08/2026, as NCMs 3504.00.90 e 4205.00.00 passaram a requerer os LPCO de certificação para produtos de origem animal indicados no comunicado, conforme o caso, quando o item da DU-E estiver enquadrado no código 80490. [3]</w:t>
      </w:r>
    </w:p>
    <w:p>
      <w:pPr/>
      <w:r>
        <w:t>O comunicado identifica os modelos E00061 e E00072, este último para embarque antecipado. A condição de enquadramento faz parte da regra: a notícia não estabelece a mesma exigência para todas as mercadorias dessas NCMs, independentemente da operação. [3]</w:t>
      </w:r>
    </w:p>
    <w:p>
      <w:pPr/>
      <w:r>
        <w:t>Esse exemplo já vigente mostra por que a revisão do tratamento administrativo deve acompanhar a preparação da declaração. Ele não constitui novidade de 14/10/2026. [3]</w:t>
      </w:r>
    </w:p>
    <w:p>
      <w:pPr>
        <w:pStyle w:val="Heading2"/>
      </w:pPr>
      <w:r>
        <w:t>Janela anteriormente anunciada: 12/10/2026</w:t>
      </w:r>
    </w:p>
    <w:p>
      <w:pPr/>
      <w:r>
        <w:t>A Notícia Siscomex Sistemas nº 017/2026, publicada em 07/10/2026, anunciou a indisponibilidade do Portal Único em 12/10/2026, das 01h às 05h. Entre os módulos afetados estão DU-E, Tratamento Administrativo/LPCO, Anexação Eletrônica de Documentos, CCT Exportação, Conferência Aduaneira, API Recintos e Visão Integrada. [5]</w:t>
      </w:r>
    </w:p>
    <w:p>
      <w:pPr/>
      <w:r>
        <w:t>A janela anunciada já transcorreu. O comunicado registra sua programação e não comprova o restabelecimento dos módulos. Em caso de pendência operacional, confira a situação da declaração, dos documentos e dos eventos de carga antes de continuar.</w:t>
      </w:r>
    </w:p>
    <w:p>
      <w:pPr>
        <w:pStyle w:val="Heading2"/>
      </w:pPr>
      <w:r>
        <w:t>Quem é afetado?</w:t>
      </w:r>
    </w:p>
    <w:p>
      <w:pPr/>
      <w:r>
        <w:t>Exportadores, declarantes e equipes que preparam documentos ou coordenam o embarque precisam conferir as regras aplicáveis ao produto e à operação. No exemplo do MAPA, o alcance depende das NCMs e do enquadramento descritos na notícia. [1][3]</w:t>
      </w:r>
    </w:p>
    <w:p>
      <w:pPr/>
      <w:r>
        <w:t>Como organização operacional, recomendamos dividir a conferência entre a equipe que emite a nota fiscal, quem conhece as características técnicas da mercadoria e quem acompanha o despacho. Isso ajuda a resolver divergências antes de levar os dados ao Portal Único.</w:t>
      </w:r>
    </w:p>
    <w:p>
      <w:pPr>
        <w:pStyle w:val="Heading2"/>
      </w:pPr>
      <w:r>
        <w:t>O que muda na prática: documentação e LPCO</w:t>
      </w:r>
    </w:p>
    <w:p>
      <w:pPr/>
      <w:r>
        <w:t>O manual oficial orienta consultar o tratamento administrativo para identificar a necessidade de LPCO — licenças, permissões, certificados e outros documentos. Quando aplicável, o número do LPCO é informado no item correspondente da DU-E. O diagnóstico da declaração aponta inconsistências e campos obrigatórios ausentes. [2]</w:t>
      </w:r>
    </w:p>
    <w:p>
      <w:pPr/>
      <w:r>
        <w:t>Recomendamos comparar nota fiscal, descrição técnica, NCM, quantidades, unidades e documentos comerciais. Para uma máquina industrial, por exemplo, função e modelo precisam estar claros; para um produto sujeito a controle sanitário, a documentação deve permitir analisar os requisitos da operação.</w:t>
      </w:r>
    </w:p>
    <w:p>
      <w:pPr/>
      <w:r>
        <w:t>O diagnóstico do sistema é uma etapa de conferência. A empresa também precisa revisar se o que foi informado representa a mercadoria e o enquadramento aplicável. Um dado formalmente aceito pode ainda exigir análise técnica ou documental.</w:t>
      </w:r>
    </w:p>
    <w:p>
      <w:pPr>
        <w:pStyle w:val="Heading2"/>
      </w:pPr>
      <w:r>
        <w:t>Desembaraço e averbação: por que acompanhar as duas etapas?</w:t>
      </w:r>
    </w:p>
    <w:p>
      <w:pPr/>
      <w:r>
        <w:t>O desembaraço, por si só, não comprova a efetiva exportação da mercadoria para o exterior. A Receita Federal explica que a DU-E averbada atesta a exportação para fins fiscais, cambiais e comerciais. [4]</w:t>
      </w:r>
    </w:p>
    <w:p>
      <w:pPr/>
      <w:r>
        <w:t>A averbação automática depende de condições como DU-E desembaraçada, trânsito aduaneiro concluído quando houver, ocorrência do evento CCE — carga completamente exportada — e inexistência de exigências fiscais ativas. Quando não ocorrer automaticamente, o manual prevê atuação da fiscalização e eventual correção das informações pertinentes. [4]</w:t>
      </w:r>
    </w:p>
    <w:p>
      <w:pPr/>
      <w:r>
        <w:t>Na rotina, recomendamos acompanhar a situação da declaração após o embarque e manter contato com os responsáveis pelos dados de transporte. Se houver pendência, identifique sua origem antes de providenciar uma correção. Não considere o processo concluído apenas porque a carga saiu do recinto.</w:t>
      </w:r>
    </w:p>
    <w:p>
      <w:pPr>
        <w:pStyle w:val="Heading2"/>
      </w:pPr>
      <w:r>
        <w:t>O que fazer nos próximos processos de exportação</w:t>
      </w:r>
    </w:p>
    <w:p>
      <w:pPr>
        <w:pStyle w:val="ListNumber"/>
      </w:pPr>
      <w:r>
        <w:t>Nas exportações da NCM 2805.40.00, prepare o LPCO E00170 do Ibama para a exigência anunciada em 26/10/2026. Consulte os campos oficiais do modelo e confira a autorização aplicável ao processo antes de avançar com a DU-E. [9][10]</w:t>
      </w:r>
    </w:p>
    <w:p>
      <w:pPr>
        <w:pStyle w:val="ListNumber"/>
      </w:pPr>
      <w:r>
        <w:t>Revise a mercadoria e os documentos. Confira descrição, NCM, quantidades e unidades, comparando a nota fiscal com a documentação comercial e técnica.</w:t>
      </w:r>
    </w:p>
    <w:p>
      <w:pPr>
        <w:pStyle w:val="ListNumber"/>
      </w:pPr>
      <w:r>
        <w:t>Consulte o tratamento administrativo vigente. Verifique produto, destino, enquadramento e autorizações exigidas para a operação. [2]</w:t>
      </w:r>
    </w:p>
    <w:p>
      <w:pPr>
        <w:pStyle w:val="ListNumber"/>
      </w:pPr>
      <w:r>
        <w:t>Confira o LPCO, quando aplicável. Revise os dados e a vinculação ao item correspondente da DU-E, observando as condições do órgão anuente. [2]</w:t>
      </w:r>
    </w:p>
    <w:p>
      <w:pPr>
        <w:pStyle w:val="ListNumber"/>
      </w:pPr>
      <w:r>
        <w:t>Faça o diagnóstico e trate as divergências. Resolva as inconsistências apontadas pelo sistema e conclua a conferência documental antes de avançar. [2]</w:t>
      </w:r>
    </w:p>
    <w:p>
      <w:pPr>
        <w:pStyle w:val="ListNumber"/>
      </w:pPr>
      <w:r>
        <w:t>Programe os testes do Release Azuis fora da parada do treinamento em 23/10, das 08h às 14h. Confirme a entrada da nova versão em produção antes de aplicar os novos procedimentos ao processo real. [6][7]</w:t>
      </w:r>
    </w:p>
    <w:p>
      <w:pPr>
        <w:pStyle w:val="ListNumber"/>
      </w:pPr>
      <w:r>
        <w:t>Acompanhe o pós-embarque. Verifique dados de transporte, eventuais pendências e a situação da DU-E até a averbação. [4]</w:t>
      </w:r>
    </w:p>
    <w:p>
      <w:pPr>
        <w:pStyle w:val="Heading2"/>
      </w:pPr>
      <w:r>
        <w:t>Toda exportação exige LPCO?</w:t>
      </w:r>
    </w:p>
    <w:p>
      <w:pPr/>
      <w:r>
        <w:t>Não. A necessidade depende do tratamento administrativo aplicável à mercadoria e às condições da operação. Consulte a exigência vigente em vez de repetir automaticamente o procedimento de um embarque anterior. [2]</w:t>
      </w:r>
    </w:p>
    <w:p>
      <w:pPr>
        <w:pStyle w:val="Heading2"/>
      </w:pPr>
      <w:r>
        <w:t>A DU-E registrada significa que a exportação terminou?</w:t>
      </w:r>
    </w:p>
    <w:p>
      <w:pPr/>
      <w:r>
        <w:t>Não. O registro faz parte do fluxo. Para as exportações com saída física da mercadoria, é necessário acompanhar as etapas posteriores e a confirmação da exportação pela averbação. [4]</w:t>
      </w:r>
    </w:p>
    <w:p>
      <w:pPr>
        <w:pStyle w:val="Heading2"/>
      </w:pPr>
      <w:r>
        <w:t>Apoio para organizar a próxima exportação</w:t>
      </w:r>
    </w:p>
    <w:p>
      <w:pPr/>
      <w:r>
        <w:t>Se sua empresa precisa conferir documentos, analisar as autorizações e acompanhar a DU-E até a averbação, conheça o serviço de Exportação da ZollKlar. Nossa equipe pode avaliar os pontos que exigem atenção no seu processo.</w:t>
      </w:r>
    </w:p>
    <w:p>
      <w:pPr/>
      <w:hyperlink r:id="rId11">
        <w:r>
          <w:t>Conheça o serviço de Exportação da ZollKlar</w:t>
        </w:r>
      </w:hyperlink>
    </w:p>
    <w:p>
      <w:pPr/>
      <w:hyperlink r:id="rId12">
        <w:r>
          <w:t>Veja também o serviço de Despacho Aduaneiro</w:t>
        </w:r>
      </w:hyperlink>
    </w:p>
    <w:p>
      <w:pPr>
        <w:pStyle w:val="Heading2"/>
      </w:pPr>
      <w:r>
        <w:t>Fontes oficiais</w:t>
      </w:r>
    </w:p>
    <w:p>
      <w:pPr/>
      <w:hyperlink r:id="rId13">
        <w:r>
          <w:t>[1] Receita Federal — A Declaração Única de Exportação (DU-E)</w:t>
        </w:r>
      </w:hyperlink>
    </w:p>
    <w:p>
      <w:pPr/>
      <w:hyperlink r:id="rId14">
        <w:r>
          <w:t>[2] Siscomex — Manual de Preenchimento da DU-E, versão de 09/07/2026</w:t>
        </w:r>
      </w:hyperlink>
    </w:p>
    <w:p>
      <w:pPr/>
      <w:hyperlink r:id="rId15">
        <w:r>
          <w:t>[3] Siscomex — Notícia Exportação nº 022/2026, publicada em 05/08/2026</w:t>
        </w:r>
      </w:hyperlink>
    </w:p>
    <w:p>
      <w:pPr/>
      <w:hyperlink r:id="rId16">
        <w:r>
          <w:t>[4] Receita Federal — Averbação de Embarque</w:t>
        </w:r>
      </w:hyperlink>
    </w:p>
    <w:p>
      <w:pPr/>
      <w:hyperlink r:id="rId17">
        <w:r>
          <w:t>[5] Siscomex — Notícia Sistemas nº 017/2026, publicada em 07/10/2026</w:t>
        </w:r>
      </w:hyperlink>
    </w:p>
    <w:p>
      <w:pPr/>
      <w:hyperlink r:id="rId18">
        <w:r>
          <w:t>[6] Siscomex — Notícia Sistemas nº 018/2026, publicada em 13/10/2026 às 17h30</w:t>
        </w:r>
      </w:hyperlink>
    </w:p>
    <w:p>
      <w:pPr/>
      <w:hyperlink r:id="rId19">
        <w:r>
          <w:t>[7] Portal Único — Release Azuis, documentação provisória da próxima versão</w:t>
        </w:r>
      </w:hyperlink>
    </w:p>
    <w:p>
      <w:pPr/>
      <w:hyperlink r:id="rId20">
        <w:r>
          <w:t>[8] Receita Federal — Retificação da DU-E: informações gerais</w:t>
        </w:r>
      </w:hyperlink>
    </w:p>
    <w:p>
      <w:pPr/>
      <w:hyperlink r:id="rId21">
        <w:r>
          <w:t>[9] Siscomex — Notícia Exportação nº 025/2026, publicada em 14/10/2026 às 09h19, com exigência a partir de 26/10/2026</w:t>
        </w:r>
      </w:hyperlink>
    </w:p>
    <w:p>
      <w:pPr/>
      <w:hyperlink r:id="rId22">
        <w:r>
          <w:t>[10] Siscomex — Tratamento Administrativo de Exportação e planilha de modelos LPCO e atributos</w:t>
        </w:r>
      </w:hyperlink>
    </w:p>
    <w:p>
      <w:pPr/>
      <w:r>
        <w:t>Consulta às fontes: 15/10/2026. Novo LPCO E00170 previsto para a NCM 2805.40.00 a partir de 26/10. Release Azuis: treinamento em 23/10 e produção prevista para o início de novembro, sujeita à confirmação oficial. As orientações operacionais são recomendações da ZollKlar.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134" w:bottom="2041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20"/>
      <w:jc w:val="center"/>
    </w:pPr>
    <w:r>
      <w:rPr>
        <w:rFonts w:ascii="Calibri" w:hAnsi="Calibri"/>
        <w:b/>
        <w:sz w:val="16"/>
      </w:rPr>
      <w:t>MATRIZ • CNPJ 08.405.195/0001-61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Avenida do Oratório, 4449 — Salas 18 e 20, Vila Industrial, São Paulo/SP — CEP 03221-200</w:t>
    </w:r>
  </w:p>
  <w:p>
    <w:pPr>
      <w:spacing w:after="20"/>
      <w:jc w:val="center"/>
    </w:pPr>
    <w:r>
      <w:rPr>
        <w:rFonts w:ascii="Calibri" w:hAnsi="Calibri"/>
        <w:b/>
        <w:sz w:val="16"/>
      </w:rPr>
      <w:t>FILIAL • CNPJ 08.405.195/0002-42</w:t>
    </w:r>
  </w:p>
  <w:p>
    <w:pPr>
      <w:spacing w:after="20"/>
      <w:jc w:val="center"/>
    </w:pPr>
    <w:r>
      <w:rPr>
        <w:rFonts w:ascii="Calibri" w:hAnsi="Calibri"/>
        <w:b w:val="0"/>
        <w:sz w:val="16"/>
      </w:rPr>
      <w:t>Rua Lauro Muller, 950 — Sala 01, Fazenda, Itajaí/SC — CEP 88301-401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www.zollklar.com.br</w:t>
    </w:r>
  </w:p>
  <w:p>
    <w:pPr>
      <w:spacing w:after="0"/>
      <w:jc w:val="center"/>
    </w:pPr>
    <w:r>
      <w:rPr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107"/>
      <w:gridCol w:w="1531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800000" cy="6075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075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27999" cy="68999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68999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/>
    </w:pPr>
    <w:r>
      <w:rPr>
        <w:b/>
        <w:color w:val="0B2340"/>
        <w:sz w:val="20"/>
      </w:rPr>
      <w:t>ZollKlar Logística Global Integrada</w:t>
    </w:r>
  </w:p>
  <w:p>
    <w:pPr>
      <w:spacing w:after="0"/>
    </w:pPr>
    <w:r>
      <w:rPr>
        <w:sz w:val="18"/>
      </w:rPr>
      <w:t>ZollKlar Logistics Global Group Ltda.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zollklar.com.br/exportacao.html" TargetMode="External"/><Relationship Id="rId12" Type="http://schemas.openxmlformats.org/officeDocument/2006/relationships/hyperlink" Target="https://www.zollklar.com.br/despacho-aduaneiro.html" TargetMode="External"/><Relationship Id="rId13" Type="http://schemas.openxmlformats.org/officeDocument/2006/relationships/hyperlink" Target="https://www.gov.br/receitafederal/pt-br/assuntos/aduana-e-comercio-exterior/manuais/exportacao-portal-unico/introducao/a_declaracao_unica_de_exportacao_due" TargetMode="External"/><Relationship Id="rId14" Type="http://schemas.openxmlformats.org/officeDocument/2006/relationships/hyperlink" Target="https://www.gov.br/siscomex/pt-br/informacoes/manual-de-preenchimento-du-e-v25.pdf" TargetMode="External"/><Relationship Id="rId15" Type="http://schemas.openxmlformats.org/officeDocument/2006/relationships/hyperlink" Target="https://www.gov.br/siscomex/pt-br/noticias/noticias-siscomex-exportacao/comunicados/exportacao-no-2026-022" TargetMode="External"/><Relationship Id="rId16" Type="http://schemas.openxmlformats.org/officeDocument/2006/relationships/hyperlink" Target="https://www.gov.br/receitafederal/pt-br/assuntos/aduana-e-comercio-exterior/manuais/exportacao-portal-unico/averbacao-de-embarque-1/averbacao-de-embarque" TargetMode="External"/><Relationship Id="rId17" Type="http://schemas.openxmlformats.org/officeDocument/2006/relationships/hyperlink" Target="https://www.gov.br/siscomex/pt-br/noticias/noticias-siscomex-sistemas/comunicados/sistemas-no-2026-017" TargetMode="External"/><Relationship Id="rId18" Type="http://schemas.openxmlformats.org/officeDocument/2006/relationships/hyperlink" Target="https://www.gov.br/siscomex/pt-br/noticias/noticias-siscomex-sistemas/comunicados/sistemas-no-2026-018" TargetMode="External"/><Relationship Id="rId19" Type="http://schemas.openxmlformats.org/officeDocument/2006/relationships/hyperlink" Target="https://docs-proxima.portalunico.siscomex.gov.br/rn/r77-azuis/" TargetMode="External"/><Relationship Id="rId20" Type="http://schemas.openxmlformats.org/officeDocument/2006/relationships/hyperlink" Target="https://www.gov.br/receitafederal/pt-br/assuntos/aduana-e-comercio-exterior/manuais/exportacao-portal-unico/retificacao/informacoes-gerais" TargetMode="External"/><Relationship Id="rId21" Type="http://schemas.openxmlformats.org/officeDocument/2006/relationships/hyperlink" Target="https://www.gov.br/siscomex/pt-br/noticias/noticias-siscomex-exportacao/comunicados/exportacao-no-2026-025" TargetMode="External"/><Relationship Id="rId22" Type="http://schemas.openxmlformats.org/officeDocument/2006/relationships/hyperlink" Target="https://www.gov.br/siscomex/pt-br/informacoes/tratamento-administrativos/tratamento-administrativo-de-exportacao-1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